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01506" w14:textId="7FE66798" w:rsidR="008D2E3E" w:rsidRDefault="008D2E3E" w:rsidP="00225303"/>
    <w:p w14:paraId="602371CD" w14:textId="77777777" w:rsidR="008D2E3E" w:rsidRDefault="00000000">
      <w:pPr>
        <w:jc w:val="center"/>
      </w:pPr>
      <w:r>
        <w:rPr>
          <w:b/>
          <w:sz w:val="32"/>
        </w:rPr>
        <w:t>SOUTH FULTON ALUMNI CHAPTER</w:t>
      </w:r>
      <w:r>
        <w:rPr>
          <w:b/>
          <w:sz w:val="32"/>
        </w:rPr>
        <w:br/>
        <w:t>KAPPA ALPHA PSI FRATERNITY, INC.</w:t>
      </w:r>
    </w:p>
    <w:p w14:paraId="6BBBF97A" w14:textId="53427261" w:rsidR="008D2E3E" w:rsidRDefault="00000000">
      <w:pPr>
        <w:pStyle w:val="Heading1"/>
        <w:jc w:val="center"/>
      </w:pPr>
      <w:r>
        <w:t xml:space="preserve">SFAC Board of Directors </w:t>
      </w:r>
      <w:r w:rsidR="00225303">
        <w:t xml:space="preserve">December </w:t>
      </w:r>
      <w:r>
        <w:t>Meeting Minutes</w:t>
      </w:r>
    </w:p>
    <w:p w14:paraId="2AC2E22A" w14:textId="77777777" w:rsidR="00225303" w:rsidRDefault="00225303"/>
    <w:p w14:paraId="255EA120" w14:textId="5DA00772" w:rsidR="008D2E3E" w:rsidRDefault="00000000">
      <w:r>
        <w:t xml:space="preserve">Date: </w:t>
      </w:r>
      <w:r w:rsidR="00225303">
        <w:t>12/4/25</w:t>
      </w:r>
    </w:p>
    <w:p w14:paraId="3A58205E" w14:textId="607DAC76" w:rsidR="008D2E3E" w:rsidRDefault="00000000">
      <w:r>
        <w:t xml:space="preserve">Location: </w:t>
      </w:r>
      <w:r w:rsidR="00225303">
        <w:t>Virtual</w:t>
      </w:r>
    </w:p>
    <w:p w14:paraId="61DE8486" w14:textId="77777777" w:rsidR="008D2E3E" w:rsidRDefault="00000000">
      <w:r>
        <w:t>Time Called to Order: 7:07 PM</w:t>
      </w:r>
      <w:r>
        <w:br/>
      </w:r>
    </w:p>
    <w:p w14:paraId="308EE25F" w14:textId="77777777" w:rsidR="008D2E3E" w:rsidRDefault="00000000">
      <w:pPr>
        <w:pStyle w:val="Heading2"/>
      </w:pPr>
      <w:r>
        <w:t>I. Call to Order</w:t>
      </w:r>
    </w:p>
    <w:p w14:paraId="748F1A3E" w14:textId="77777777" w:rsidR="008D2E3E" w:rsidRDefault="00000000">
      <w:pPr>
        <w:spacing w:after="240"/>
      </w:pPr>
      <w:r>
        <w:t>The meeting was called to order by Polemarch Bro. Delmar L. Whittington II at 7:07 PM.</w:t>
      </w:r>
    </w:p>
    <w:p w14:paraId="30EEC485" w14:textId="77777777" w:rsidR="008D2E3E" w:rsidRDefault="00000000">
      <w:pPr>
        <w:pStyle w:val="Heading2"/>
      </w:pPr>
      <w:r>
        <w:t>II. Roll Call</w:t>
      </w:r>
    </w:p>
    <w:p w14:paraId="52F5EFDE" w14:textId="77777777" w:rsidR="008D2E3E" w:rsidRDefault="00000000">
      <w:pPr>
        <w:spacing w:after="240"/>
      </w:pPr>
      <w:r>
        <w:t>Board Members Present:</w:t>
      </w:r>
      <w:r>
        <w:br/>
        <w:t>• Polemarch – Bro. Delmar Whittington</w:t>
      </w:r>
      <w:r>
        <w:br/>
        <w:t>• Vice Polemarch – Bro. Angelo Byrd</w:t>
      </w:r>
      <w:r>
        <w:br/>
        <w:t>• Keeper of Records – Bro. Vincent V. Coakley Jr.</w:t>
      </w:r>
      <w:r>
        <w:br/>
        <w:t>• Keeper of Exchequer – Bro. Larry Jackson Jr.</w:t>
      </w:r>
      <w:r>
        <w:br/>
        <w:t>• Board Member – Bro. Gerald Ossey</w:t>
      </w:r>
      <w:r>
        <w:br/>
        <w:t>• Board Member – Bro. Mark Christopher-Adams</w:t>
      </w:r>
      <w:r>
        <w:br/>
      </w:r>
      <w:r>
        <w:br/>
        <w:t>General Members Present:</w:t>
      </w:r>
      <w:r>
        <w:br/>
        <w:t>George Sneed, Ezell Manuel, Maurice “Trey” Evans, Erick Wright, LaMichael Eddie, Micah Tarver, Charles Irvin</w:t>
      </w:r>
    </w:p>
    <w:p w14:paraId="3FFFF16A" w14:textId="77777777" w:rsidR="008D2E3E" w:rsidRDefault="00000000">
      <w:pPr>
        <w:pStyle w:val="Heading2"/>
      </w:pPr>
      <w:r>
        <w:t>III. Opening Discussion</w:t>
      </w:r>
    </w:p>
    <w:p w14:paraId="58DD3A36" w14:textId="77777777" w:rsidR="008D2E3E" w:rsidRDefault="00000000">
      <w:pPr>
        <w:spacing w:after="240"/>
      </w:pPr>
      <w:r>
        <w:t>Bro. Manuel posed a question regarding sustaining membership requirements for leadership roles within the chapter.</w:t>
      </w:r>
    </w:p>
    <w:p w14:paraId="3A0F0721" w14:textId="77777777" w:rsidR="008D2E3E" w:rsidRDefault="00000000">
      <w:pPr>
        <w:pStyle w:val="Heading2"/>
      </w:pPr>
      <w:r>
        <w:t>IV. Committee Reports</w:t>
      </w:r>
    </w:p>
    <w:p w14:paraId="6D914AD6" w14:textId="77777777" w:rsidR="008D2E3E" w:rsidRDefault="00000000">
      <w:pPr>
        <w:spacing w:after="240"/>
      </w:pPr>
      <w:r>
        <w:t>• Political Action: Bro. Sneed presented the Political Action Committee report.</w:t>
      </w:r>
      <w:r>
        <w:br/>
      </w:r>
      <w:r>
        <w:br/>
        <w:t>• Fundraising: Updates on the chapter raffle, proposed 2026 5K event with the City of Hapeville, Keen Water fundraiser, and brunch ticket pricing inquiry.</w:t>
      </w:r>
      <w:r>
        <w:br/>
      </w:r>
      <w:r>
        <w:br/>
        <w:t>• Social Committee: $250 promotional request submitted by Bro. Tarver was approved.</w:t>
      </w:r>
      <w:r>
        <w:br/>
      </w:r>
      <w:r>
        <w:br/>
      </w:r>
      <w:r>
        <w:lastRenderedPageBreak/>
        <w:t>• Brother-to-Brother: Venue management can provide specialty items. Additional event details were discussed.</w:t>
      </w:r>
    </w:p>
    <w:p w14:paraId="79F0E960" w14:textId="77777777" w:rsidR="008D2E3E" w:rsidRDefault="00000000">
      <w:pPr>
        <w:pStyle w:val="Heading2"/>
      </w:pPr>
      <w:r>
        <w:t>V. Chapter Business</w:t>
      </w:r>
    </w:p>
    <w:p w14:paraId="2A360EF9" w14:textId="77777777" w:rsidR="008D2E3E" w:rsidRDefault="00000000">
      <w:pPr>
        <w:spacing w:after="240"/>
      </w:pPr>
      <w:r>
        <w:t>• 5th Sunday Church Visitation: Brothers asked to wear Kappa blazers; approx. 30 brothers expected.</w:t>
      </w:r>
      <w:r>
        <w:br/>
        <w:t>• Silhouette Chapter: Interest confirmed from several brothers' spouses. Recommendation made to add a budget line item.</w:t>
      </w:r>
    </w:p>
    <w:p w14:paraId="76E92D1D" w14:textId="77777777" w:rsidR="008D2E3E" w:rsidRDefault="00000000">
      <w:pPr>
        <w:pStyle w:val="Heading2"/>
      </w:pPr>
      <w:r>
        <w:t>VI. Guide Right Committee</w:t>
      </w:r>
    </w:p>
    <w:p w14:paraId="6A749663" w14:textId="77777777" w:rsidR="008D2E3E" w:rsidRDefault="00000000">
      <w:pPr>
        <w:spacing w:after="240"/>
      </w:pPr>
      <w:r>
        <w:t>Report on Cascade UMC community service initiative and announcement of upcoming mental health–focused session for Kappa League.</w:t>
      </w:r>
    </w:p>
    <w:p w14:paraId="15BA40B0" w14:textId="77777777" w:rsidR="008D2E3E" w:rsidRDefault="00000000">
      <w:pPr>
        <w:pStyle w:val="Heading2"/>
      </w:pPr>
      <w:r>
        <w:t>VII. Event Planning</w:t>
      </w:r>
    </w:p>
    <w:p w14:paraId="255068EB" w14:textId="77777777" w:rsidR="008D2E3E" w:rsidRDefault="00000000">
      <w:pPr>
        <w:spacing w:after="240"/>
      </w:pPr>
      <w:r>
        <w:t>City Winery suggested by Bro. Ezell Manuel as a potential venue for the Kappa Komedy Show.</w:t>
      </w:r>
    </w:p>
    <w:p w14:paraId="18D5D611" w14:textId="77777777" w:rsidR="008D2E3E" w:rsidRDefault="00000000">
      <w:pPr>
        <w:pStyle w:val="Heading2"/>
      </w:pPr>
      <w:r>
        <w:t>VIII. New Business</w:t>
      </w:r>
    </w:p>
    <w:p w14:paraId="5E8203B8" w14:textId="77777777" w:rsidR="008D2E3E" w:rsidRDefault="00000000">
      <w:pPr>
        <w:spacing w:after="240"/>
      </w:pPr>
      <w:r>
        <w:t>Items submitted by Bro. Corey Robinson:</w:t>
      </w:r>
      <w:r>
        <w:br/>
        <w:t>• Reimbursement process</w:t>
      </w:r>
      <w:r>
        <w:br/>
        <w:t>• MTA</w:t>
      </w:r>
      <w:r>
        <w:br/>
        <w:t>• Communication expectations for officers and Board members</w:t>
      </w:r>
      <w:r>
        <w:br/>
      </w:r>
      <w:r>
        <w:br/>
        <w:t>A poll will be released to schedule an in‑person meeting regarding MTA.</w:t>
      </w:r>
    </w:p>
    <w:p w14:paraId="3CD596DD" w14:textId="77777777" w:rsidR="008D2E3E" w:rsidRDefault="00000000">
      <w:pPr>
        <w:pStyle w:val="Heading2"/>
      </w:pPr>
      <w:r>
        <w:t>IX. Adjournment</w:t>
      </w:r>
    </w:p>
    <w:p w14:paraId="69098123" w14:textId="77777777" w:rsidR="008D2E3E" w:rsidRDefault="00000000">
      <w:pPr>
        <w:spacing w:after="240"/>
      </w:pPr>
      <w:r>
        <w:t>The meeting was adjourned at 8:35 PM.</w:t>
      </w:r>
    </w:p>
    <w:sectPr w:rsidR="008D2E3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1457022">
    <w:abstractNumId w:val="8"/>
  </w:num>
  <w:num w:numId="2" w16cid:durableId="1199859601">
    <w:abstractNumId w:val="6"/>
  </w:num>
  <w:num w:numId="3" w16cid:durableId="1195002927">
    <w:abstractNumId w:val="5"/>
  </w:num>
  <w:num w:numId="4" w16cid:durableId="656307715">
    <w:abstractNumId w:val="4"/>
  </w:num>
  <w:num w:numId="5" w16cid:durableId="1386375904">
    <w:abstractNumId w:val="7"/>
  </w:num>
  <w:num w:numId="6" w16cid:durableId="1261253395">
    <w:abstractNumId w:val="3"/>
  </w:num>
  <w:num w:numId="7" w16cid:durableId="640579099">
    <w:abstractNumId w:val="2"/>
  </w:num>
  <w:num w:numId="8" w16cid:durableId="891577005">
    <w:abstractNumId w:val="1"/>
  </w:num>
  <w:num w:numId="9" w16cid:durableId="1561407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5303"/>
    <w:rsid w:val="0029639D"/>
    <w:rsid w:val="00326F90"/>
    <w:rsid w:val="008B5B4E"/>
    <w:rsid w:val="008D2E3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F04A10"/>
  <w14:defaultImageDpi w14:val="300"/>
  <w15:docId w15:val="{BD99DD5E-C7CD-4392-9539-ECB456551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Coakley, Vincent</cp:lastModifiedBy>
  <cp:revision>2</cp:revision>
  <dcterms:created xsi:type="dcterms:W3CDTF">2025-12-05T06:25:00Z</dcterms:created>
  <dcterms:modified xsi:type="dcterms:W3CDTF">2025-12-05T06:25:00Z</dcterms:modified>
  <cp:category/>
</cp:coreProperties>
</file>